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F36" w:rsidRDefault="00726167">
      <w:pPr>
        <w:jc w:val="center"/>
      </w:pPr>
      <w:r w:rsidRPr="00726167">
        <w:rPr>
          <w:rFonts w:ascii="Calibri" w:eastAsia="Calibri" w:hAnsi="Calibri" w:cs="Times New Roman"/>
          <w:b/>
          <w:noProof/>
          <w:sz w:val="36"/>
          <w:szCs w:val="36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1FEAB0B3" wp14:editId="09898DE2">
            <wp:simplePos x="0" y="0"/>
            <wp:positionH relativeFrom="margin">
              <wp:posOffset>323850</wp:posOffset>
            </wp:positionH>
            <wp:positionV relativeFrom="margin">
              <wp:posOffset>-172085</wp:posOffset>
            </wp:positionV>
            <wp:extent cx="914400" cy="856615"/>
            <wp:effectExtent l="0" t="0" r="0" b="635"/>
            <wp:wrapSquare wrapText="bothSides"/>
            <wp:docPr id="1" name="Картина 1" descr="C:\Users\HPEBC\Desktop\Хр.Бот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EBC\Desktop\Хр.Ботев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5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58ED">
        <w:rPr>
          <w:b/>
        </w:rPr>
        <w:t>ОБЕДИНЕНО УЧИЛИЩЕ „ХРИСТО БОТЕ</w:t>
      </w:r>
      <w:bookmarkStart w:id="0" w:name="_GoBack"/>
      <w:bookmarkEnd w:id="0"/>
      <w:r w:rsidR="005B58ED">
        <w:rPr>
          <w:b/>
        </w:rPr>
        <w:t>В“</w:t>
      </w:r>
    </w:p>
    <w:p w:rsidR="00126F36" w:rsidRDefault="005B58ED">
      <w:pPr>
        <w:jc w:val="center"/>
      </w:pPr>
      <w:r>
        <w:rPr>
          <w:b/>
        </w:rPr>
        <w:t>С. ЦОНЕВО, ОБЩИНА ДЪЛГОПОЛ, ТЕЛЕФОН: 0517/27226</w:t>
      </w:r>
    </w:p>
    <w:p w:rsidR="00126F36" w:rsidRDefault="005B58ED">
      <w:pPr>
        <w:jc w:val="center"/>
      </w:pPr>
      <w:r>
        <w:rPr>
          <w:b/>
        </w:rPr>
        <w:t>имейл: info-400145@edu.mon.bg | www.obuhristobotev.com</w:t>
      </w:r>
    </w:p>
    <w:p w:rsidR="00126F36" w:rsidRDefault="00126F36"/>
    <w:p w:rsidR="00126F36" w:rsidRDefault="005B58ED">
      <w:pPr>
        <w:jc w:val="center"/>
      </w:pPr>
      <w:r>
        <w:rPr>
          <w:b/>
          <w:sz w:val="30"/>
        </w:rPr>
        <w:t>СЪОБЩЕНИЕ</w:t>
      </w:r>
    </w:p>
    <w:p w:rsidR="00126F36" w:rsidRDefault="005B58ED">
      <w:pPr>
        <w:jc w:val="center"/>
      </w:pPr>
      <w:r>
        <w:rPr>
          <w:b/>
          <w:sz w:val="24"/>
        </w:rPr>
        <w:t>за провеждане на приравнителни изпити</w:t>
      </w:r>
    </w:p>
    <w:p w:rsidR="00126F36" w:rsidRDefault="005B58ED">
      <w:pPr>
        <w:jc w:val="center"/>
      </w:pPr>
      <w:r>
        <w:rPr>
          <w:b/>
          <w:sz w:val="22"/>
        </w:rPr>
        <w:t>за определяне на годишна оценка през учебната 2026/2027 година</w:t>
      </w:r>
    </w:p>
    <w:p w:rsidR="00126F36" w:rsidRDefault="005B58ED">
      <w:pPr>
        <w:jc w:val="both"/>
      </w:pPr>
      <w:r>
        <w:t>Ръководството на ОбУ „Христо Ботев“ – с. Цонево уведомява учениците в самостоятелна форма на обучение и учениците от минали години, че съгласно Заповед № РД 09-105/15.10.2026 г. на директора на училището приравнителните изпити за определяне на годишна оцен</w:t>
      </w:r>
      <w:r>
        <w:t>ка ще се проведат в периода 03.11.2026 г. – 09.12.2026 г. по следния график: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575"/>
        <w:gridCol w:w="2125"/>
        <w:gridCol w:w="2104"/>
        <w:gridCol w:w="2158"/>
      </w:tblGrid>
      <w:tr w:rsidR="00126F36">
        <w:trPr>
          <w:jc w:val="center"/>
        </w:trPr>
        <w:tc>
          <w:tcPr>
            <w:tcW w:w="4082" w:type="dxa"/>
            <w:shd w:val="clear" w:color="auto" w:fill="DCEAF1"/>
            <w:vAlign w:val="center"/>
          </w:tcPr>
          <w:p w:rsidR="00126F36" w:rsidRDefault="005B58ED">
            <w:pPr>
              <w:spacing w:after="0"/>
            </w:pPr>
            <w:r>
              <w:rPr>
                <w:b/>
                <w:sz w:val="16"/>
              </w:rPr>
              <w:t>Изпит по учебен предмет</w:t>
            </w:r>
          </w:p>
        </w:tc>
        <w:tc>
          <w:tcPr>
            <w:tcW w:w="1417" w:type="dxa"/>
            <w:shd w:val="clear" w:color="auto" w:fill="DCEAF1"/>
            <w:vAlign w:val="center"/>
          </w:tcPr>
          <w:p w:rsidR="00126F36" w:rsidRDefault="005B58ED">
            <w:pPr>
              <w:spacing w:after="0"/>
            </w:pPr>
            <w:r>
              <w:rPr>
                <w:b/>
                <w:sz w:val="16"/>
              </w:rPr>
              <w:t>Дата</w:t>
            </w:r>
          </w:p>
        </w:tc>
        <w:tc>
          <w:tcPr>
            <w:tcW w:w="1361" w:type="dxa"/>
            <w:shd w:val="clear" w:color="auto" w:fill="DCEAF1"/>
            <w:vAlign w:val="center"/>
          </w:tcPr>
          <w:p w:rsidR="00126F36" w:rsidRDefault="005B58ED">
            <w:pPr>
              <w:spacing w:after="0"/>
            </w:pPr>
            <w:r>
              <w:rPr>
                <w:b/>
                <w:sz w:val="16"/>
              </w:rPr>
              <w:t>Начален час</w:t>
            </w:r>
          </w:p>
        </w:tc>
        <w:tc>
          <w:tcPr>
            <w:tcW w:w="2324" w:type="dxa"/>
            <w:shd w:val="clear" w:color="auto" w:fill="DCEAF1"/>
            <w:vAlign w:val="center"/>
          </w:tcPr>
          <w:p w:rsidR="00126F36" w:rsidRDefault="005B58ED">
            <w:pPr>
              <w:spacing w:after="0"/>
            </w:pPr>
            <w:r>
              <w:rPr>
                <w:b/>
                <w:sz w:val="16"/>
              </w:rPr>
              <w:t>Място на провеждане</w:t>
            </w:r>
          </w:p>
        </w:tc>
      </w:tr>
      <w:tr w:rsidR="00126F36">
        <w:trPr>
          <w:jc w:val="center"/>
        </w:trPr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БЕЛ – IX клас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03.11.2026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14:00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III ет., STEM</w:t>
            </w:r>
          </w:p>
        </w:tc>
      </w:tr>
      <w:tr w:rsidR="00126F36">
        <w:trPr>
          <w:jc w:val="center"/>
        </w:trPr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БЕЛ – ИУЧ, V клас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04.11.2026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14:00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III ет., STEM</w:t>
            </w:r>
          </w:p>
        </w:tc>
      </w:tr>
      <w:tr w:rsidR="00126F36">
        <w:trPr>
          <w:jc w:val="center"/>
        </w:trPr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БЕЛ – ИУЧ, VI клас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05.11.2026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14:00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III ет., STEM</w:t>
            </w:r>
          </w:p>
        </w:tc>
      </w:tr>
      <w:tr w:rsidR="00126F36">
        <w:trPr>
          <w:jc w:val="center"/>
        </w:trPr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Английски език – V клас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06.11.2026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13:30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III ет., STEM</w:t>
            </w:r>
          </w:p>
        </w:tc>
      </w:tr>
      <w:tr w:rsidR="00126F36">
        <w:trPr>
          <w:jc w:val="center"/>
        </w:trPr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Английски език – VI клас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09.11.2026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13:30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III ет., STEM</w:t>
            </w:r>
          </w:p>
        </w:tc>
      </w:tr>
      <w:tr w:rsidR="00126F36">
        <w:trPr>
          <w:jc w:val="center"/>
        </w:trPr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Английски език – VIII клас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10.11.2026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14:00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III ет., STEM</w:t>
            </w:r>
          </w:p>
        </w:tc>
      </w:tr>
      <w:tr w:rsidR="00126F36">
        <w:trPr>
          <w:jc w:val="center"/>
        </w:trPr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Руски език – IX клас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11.11.2026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14:00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III ет., STEM</w:t>
            </w:r>
          </w:p>
        </w:tc>
      </w:tr>
      <w:tr w:rsidR="00126F36">
        <w:trPr>
          <w:jc w:val="center"/>
        </w:trPr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Математика – ИУЧ, V клас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12.11.2026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14:00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III ет., STEM</w:t>
            </w:r>
          </w:p>
        </w:tc>
      </w:tr>
      <w:tr w:rsidR="00126F36">
        <w:trPr>
          <w:jc w:val="center"/>
        </w:trPr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Математика – ИУЧ, VI клас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13.11.2026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13:30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III ет., STEM</w:t>
            </w:r>
          </w:p>
        </w:tc>
      </w:tr>
      <w:tr w:rsidR="00126F36">
        <w:trPr>
          <w:jc w:val="center"/>
        </w:trPr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КМИТ – V клас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16.11.2026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13:30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III ет., STEM</w:t>
            </w:r>
          </w:p>
        </w:tc>
      </w:tr>
      <w:tr w:rsidR="00126F36">
        <w:trPr>
          <w:jc w:val="center"/>
        </w:trPr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КМИТ – VI клас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17.11.2026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14:00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III ет., STEM</w:t>
            </w:r>
          </w:p>
        </w:tc>
      </w:tr>
      <w:tr w:rsidR="00126F36">
        <w:trPr>
          <w:jc w:val="center"/>
        </w:trPr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География и икономика – V клас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18.11.2026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14:00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III ет., STEM</w:t>
            </w:r>
          </w:p>
        </w:tc>
      </w:tr>
      <w:tr w:rsidR="00126F36">
        <w:trPr>
          <w:jc w:val="center"/>
        </w:trPr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Философия – VIII и IX клас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19.11.2026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14:00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III ет., STEM</w:t>
            </w:r>
          </w:p>
        </w:tc>
      </w:tr>
      <w:tr w:rsidR="00126F36">
        <w:trPr>
          <w:jc w:val="center"/>
        </w:trPr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Музика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20.11.2026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13:30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III ет., кабинет по музика</w:t>
            </w:r>
          </w:p>
        </w:tc>
      </w:tr>
      <w:tr w:rsidR="00126F36">
        <w:trPr>
          <w:jc w:val="center"/>
        </w:trPr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Изобразително изкуство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23.11.2026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13:30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III ет., кабинет по ИИ</w:t>
            </w:r>
          </w:p>
        </w:tc>
      </w:tr>
      <w:tr w:rsidR="00126F36">
        <w:trPr>
          <w:jc w:val="center"/>
        </w:trPr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Предприемачество/ЗБУТ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24.11.2026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14:00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III ет., кабинет по ИИ</w:t>
            </w:r>
          </w:p>
        </w:tc>
      </w:tr>
      <w:tr w:rsidR="00126F36">
        <w:trPr>
          <w:jc w:val="center"/>
        </w:trPr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СПП – КМТ – теория, VIII клас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25.11.2026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14:00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III ет., STEM</w:t>
            </w:r>
          </w:p>
        </w:tc>
      </w:tr>
      <w:tr w:rsidR="00126F36">
        <w:trPr>
          <w:jc w:val="center"/>
        </w:trPr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СПП – КМТ – практика, VIII клас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26.11.2026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14:00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III ет., STEM</w:t>
            </w:r>
          </w:p>
        </w:tc>
      </w:tr>
      <w:tr w:rsidR="00126F36">
        <w:trPr>
          <w:jc w:val="center"/>
        </w:trPr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РПП – КС – VIII и IX клас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27.11.2026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13:30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III ет., STEM</w:t>
            </w:r>
          </w:p>
        </w:tc>
      </w:tr>
      <w:tr w:rsidR="00126F36">
        <w:trPr>
          <w:jc w:val="center"/>
        </w:trPr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РПП – работа с Word – VIII и IX клас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30.11.2026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13:30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III ет., STEM</w:t>
            </w:r>
          </w:p>
        </w:tc>
      </w:tr>
      <w:tr w:rsidR="00126F36">
        <w:trPr>
          <w:jc w:val="center"/>
        </w:trPr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РПП</w:t>
            </w:r>
            <w:r>
              <w:rPr>
                <w:sz w:val="16"/>
              </w:rPr>
              <w:t xml:space="preserve"> – работа с Excel – VIII и IX клас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01.12.2026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14:00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III ет., STEM</w:t>
            </w:r>
          </w:p>
        </w:tc>
      </w:tr>
      <w:tr w:rsidR="00126F36">
        <w:trPr>
          <w:jc w:val="center"/>
        </w:trPr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РПП – работа с PowerPoint – VIII и IX клас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02.12.2026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14:00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III ет., STEM</w:t>
            </w:r>
          </w:p>
        </w:tc>
      </w:tr>
      <w:tr w:rsidR="00126F36">
        <w:trPr>
          <w:jc w:val="center"/>
        </w:trPr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РПП – работа с офис техника – VIII и IX клас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03.12.2026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14:00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III ет., STEM</w:t>
            </w:r>
          </w:p>
        </w:tc>
      </w:tr>
      <w:tr w:rsidR="00126F36">
        <w:trPr>
          <w:jc w:val="center"/>
        </w:trPr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Отр. ПП – БКРД – теория, IX клас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04.12.2026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13:30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III ет., STEM</w:t>
            </w:r>
          </w:p>
        </w:tc>
      </w:tr>
      <w:tr w:rsidR="00126F36">
        <w:trPr>
          <w:jc w:val="center"/>
        </w:trPr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Отр. ПП – БКРД – практика – СХ клас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07.12.2026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13:30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III ет., STEM</w:t>
            </w:r>
          </w:p>
        </w:tc>
      </w:tr>
      <w:tr w:rsidR="00126F36">
        <w:trPr>
          <w:jc w:val="center"/>
        </w:trPr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СПП – РКФ – теория, IX клас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08.12.2026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14:00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III ет., STEM</w:t>
            </w:r>
          </w:p>
        </w:tc>
      </w:tr>
      <w:tr w:rsidR="00126F36">
        <w:trPr>
          <w:jc w:val="center"/>
        </w:trPr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СПП – РКФ – практика, IX клас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09.12.2026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14:00</w:t>
            </w:r>
          </w:p>
        </w:tc>
        <w:tc>
          <w:tcPr>
            <w:tcW w:w="2493" w:type="dxa"/>
            <w:vAlign w:val="center"/>
          </w:tcPr>
          <w:p w:rsidR="00126F36" w:rsidRDefault="005B58ED">
            <w:pPr>
              <w:spacing w:after="0"/>
            </w:pPr>
            <w:r>
              <w:rPr>
                <w:sz w:val="16"/>
              </w:rPr>
              <w:t>III ет., STEM</w:t>
            </w:r>
          </w:p>
        </w:tc>
      </w:tr>
    </w:tbl>
    <w:p w:rsidR="00126F36" w:rsidRDefault="005B58ED">
      <w:pPr>
        <w:jc w:val="both"/>
      </w:pPr>
      <w:r>
        <w:t xml:space="preserve">Резултатите от изпитите се </w:t>
      </w:r>
      <w:r>
        <w:t>оповестяват в деня на съответния изпит в заместник-дирекцията на училището.</w:t>
      </w:r>
    </w:p>
    <w:p w:rsidR="00126F36" w:rsidRDefault="005B58ED">
      <w:pPr>
        <w:jc w:val="both"/>
      </w:pPr>
      <w:r>
        <w:t>Приравнителните изпити се полагат върху учебното съдържание за съответния вид подготовка. Учениците могат да се обръщат за консултации и указания към учителите по съответните учебн</w:t>
      </w:r>
      <w:r>
        <w:t>и предмети в обявените дни и часове за консултации, както и в друго време след съгласуване с тях.</w:t>
      </w:r>
    </w:p>
    <w:p w:rsidR="00126F36" w:rsidRDefault="005B58ED">
      <w:pPr>
        <w:jc w:val="both"/>
      </w:pPr>
      <w:r>
        <w:t>На ученик, който по здравословни причини, удостоверени с медицински документ, не се е явил на насрочените приравнителни изпити, еднократно се насрочват нови д</w:t>
      </w:r>
      <w:r>
        <w:t>ати.</w:t>
      </w:r>
    </w:p>
    <w:p w:rsidR="00726167" w:rsidRDefault="00726167">
      <w:pPr>
        <w:rPr>
          <w:b/>
        </w:rPr>
      </w:pPr>
    </w:p>
    <w:p w:rsidR="00726167" w:rsidRDefault="00726167" w:rsidP="00726167">
      <w:pPr>
        <w:rPr>
          <w:b/>
          <w:lang w:val="bg-BG"/>
        </w:rPr>
      </w:pPr>
    </w:p>
    <w:p w:rsidR="00726167" w:rsidRDefault="00726167" w:rsidP="00726167">
      <w:pPr>
        <w:rPr>
          <w:b/>
        </w:rPr>
      </w:pPr>
      <w:r>
        <w:rPr>
          <w:b/>
          <w:lang w:val="bg-BG"/>
        </w:rPr>
        <w:t>РЪКОВОДСТВОТО НА ОБЕДИНЕНО УЧИЛИЩЕ „ХРИСТО БОТЕВ“ С. ЦОНЕВО</w:t>
      </w:r>
      <w:r>
        <w:rPr>
          <w:b/>
        </w:rPr>
        <w:t xml:space="preserve"> </w:t>
      </w:r>
    </w:p>
    <w:p w:rsidR="00726167" w:rsidRPr="00726167" w:rsidRDefault="00726167">
      <w:pPr>
        <w:rPr>
          <w:lang w:val="bg-BG"/>
        </w:rPr>
      </w:pPr>
    </w:p>
    <w:sectPr w:rsidR="00726167" w:rsidRPr="00726167" w:rsidSect="00034616"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26F36"/>
    <w:rsid w:val="0015074B"/>
    <w:rsid w:val="0029639D"/>
    <w:rsid w:val="00326F90"/>
    <w:rsid w:val="005B58ED"/>
    <w:rsid w:val="0072616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AA77F6"/>
  <w14:defaultImageDpi w14:val="300"/>
  <w15:docId w15:val="{DCD1DBEB-7B9A-4DEE-8D3A-51EFBAEFA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00"/>
    </w:pPr>
    <w:rPr>
      <w:rFonts w:ascii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1DDDFF-2A94-4F1B-B119-1C40024BA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427</Words>
  <Characters>2436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</cp:lastModifiedBy>
  <cp:revision>2</cp:revision>
  <dcterms:created xsi:type="dcterms:W3CDTF">2026-10-22T10:18:00Z</dcterms:created>
  <dcterms:modified xsi:type="dcterms:W3CDTF">2026-10-22T10:18:00Z</dcterms:modified>
  <cp:category/>
</cp:coreProperties>
</file>